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C467" w14:textId="33E5D99C" w:rsidR="00483B4F" w:rsidRPr="00DE2F3B" w:rsidRDefault="0018527B" w:rsidP="00776219">
      <w:pPr>
        <w:spacing w:afterLines="50" w:after="120" w:line="560" w:lineRule="exact"/>
        <w:jc w:val="center"/>
        <w:rPr>
          <w:rFonts w:asciiTheme="majorEastAsia" w:eastAsiaTheme="majorEastAsia" w:hAnsiTheme="majorEastAsia"/>
          <w:b/>
          <w:bCs/>
          <w:color w:val="4F81BD" w:themeColor="accent1"/>
          <w:sz w:val="48"/>
          <w:szCs w:val="72"/>
          <w:lang w:eastAsia="ja-JP"/>
        </w:rPr>
      </w:pPr>
      <w:r>
        <w:rPr>
          <w:rFonts w:asciiTheme="majorEastAsia" w:eastAsiaTheme="majorEastAsia" w:hAnsiTheme="majorEastAsia" w:hint="eastAsia"/>
          <w:b/>
          <w:bCs/>
          <w:color w:val="4F81BD" w:themeColor="accent1"/>
          <w:sz w:val="48"/>
          <w:szCs w:val="72"/>
          <w:lang w:eastAsia="ja-JP"/>
        </w:rPr>
        <w:t>かすべ</w:t>
      </w:r>
      <w:r w:rsidR="00BF3477" w:rsidRPr="00DE2F3B">
        <w:rPr>
          <w:rFonts w:asciiTheme="majorEastAsia" w:eastAsiaTheme="majorEastAsia" w:hAnsiTheme="majorEastAsia"/>
          <w:b/>
          <w:bCs/>
          <w:color w:val="4F81BD" w:themeColor="accent1"/>
          <w:sz w:val="48"/>
          <w:szCs w:val="72"/>
          <w:lang w:eastAsia="ja-JP"/>
        </w:rPr>
        <w:t>レシピコンテスト 応募用紙</w:t>
      </w:r>
    </w:p>
    <w:p w14:paraId="5E7D6820" w14:textId="2D0FDA6E" w:rsidR="00483B4F" w:rsidRDefault="00BF3477">
      <w:pPr>
        <w:spacing w:after="120"/>
        <w:rPr>
          <w:lang w:eastAsia="ja-JP"/>
        </w:rPr>
      </w:pPr>
      <w:r>
        <w:rPr>
          <w:lang w:eastAsia="ja-JP"/>
        </w:rPr>
        <w:t>※</w:t>
      </w:r>
      <w:r>
        <w:rPr>
          <w:lang w:eastAsia="ja-JP"/>
        </w:rPr>
        <w:t>太枠内をご記入のうえ、</w:t>
      </w:r>
      <w:r w:rsidR="00B978A4">
        <w:rPr>
          <w:rFonts w:hint="eastAsia"/>
          <w:lang w:eastAsia="ja-JP"/>
        </w:rPr>
        <w:t>小樽のおさかな普及推進委員会事務局へ</w:t>
      </w:r>
      <w:r>
        <w:rPr>
          <w:lang w:eastAsia="ja-JP"/>
        </w:rPr>
        <w:t>提出してください。</w:t>
      </w:r>
    </w:p>
    <w:p w14:paraId="21E1D583" w14:textId="11E25E69" w:rsidR="00F75F5C" w:rsidRDefault="00F75F5C">
      <w:pPr>
        <w:spacing w:after="120"/>
        <w:rPr>
          <w:lang w:eastAsia="ja-JP"/>
        </w:rPr>
      </w:pPr>
      <w:r>
        <w:rPr>
          <w:rFonts w:hint="eastAsia"/>
          <w:lang w:eastAsia="ja-JP"/>
        </w:rPr>
        <w:t>※</w:t>
      </w:r>
      <w:r>
        <w:rPr>
          <w:lang w:eastAsia="ja-JP"/>
        </w:rPr>
        <w:t>記載漏れがある場合、審査対象外となることがあります。</w:t>
      </w:r>
    </w:p>
    <w:p w14:paraId="761116A9" w14:textId="2EC572BB" w:rsidR="006C7CBC" w:rsidRDefault="006C7CBC" w:rsidP="006C7CBC">
      <w:pPr>
        <w:spacing w:after="120"/>
        <w:ind w:left="180" w:hangingChars="100" w:hanging="180"/>
        <w:rPr>
          <w:lang w:eastAsia="ja-JP"/>
        </w:rPr>
      </w:pPr>
      <w:r>
        <w:rPr>
          <w:rFonts w:hint="eastAsia"/>
          <w:lang w:eastAsia="ja-JP"/>
        </w:rPr>
        <w:t>※枠内に記載しきれない場合は別紙を添付し、該当する項目に</w:t>
      </w:r>
      <w:r w:rsidRPr="00776219">
        <w:rPr>
          <w:rFonts w:hint="eastAsia"/>
          <w:u w:val="wave"/>
          <w:lang w:eastAsia="ja-JP"/>
        </w:rPr>
        <w:t>（別紙添付）</w:t>
      </w:r>
      <w:r>
        <w:rPr>
          <w:rFonts w:hint="eastAsia"/>
          <w:lang w:eastAsia="ja-JP"/>
        </w:rPr>
        <w:t>と記載してください。別紙にはどの項目に</w:t>
      </w:r>
      <w:r w:rsidR="00776219">
        <w:rPr>
          <w:rFonts w:hint="eastAsia"/>
          <w:lang w:eastAsia="ja-JP"/>
        </w:rPr>
        <w:t>つい</w:t>
      </w:r>
      <w:r>
        <w:rPr>
          <w:rFonts w:hint="eastAsia"/>
          <w:lang w:eastAsia="ja-JP"/>
        </w:rPr>
        <w:t>ての</w:t>
      </w:r>
      <w:r w:rsidR="00776219">
        <w:rPr>
          <w:rFonts w:hint="eastAsia"/>
          <w:lang w:eastAsia="ja-JP"/>
        </w:rPr>
        <w:t>もの</w:t>
      </w:r>
      <w:r>
        <w:rPr>
          <w:rFonts w:hint="eastAsia"/>
          <w:lang w:eastAsia="ja-JP"/>
        </w:rPr>
        <w:t>かわかるように記載してください。</w:t>
      </w:r>
    </w:p>
    <w:p w14:paraId="7C529F60" w14:textId="15600DDE" w:rsidR="00C35955" w:rsidRDefault="00DA0D15" w:rsidP="00C35955">
      <w:pPr>
        <w:spacing w:after="120"/>
        <w:rPr>
          <w:lang w:eastAsia="ja-JP"/>
        </w:rPr>
      </w:pPr>
      <w:r>
        <w:rPr>
          <w:rFonts w:hint="eastAsia"/>
          <w:lang w:eastAsia="ja-JP"/>
        </w:rPr>
        <w:t>※チェックボックスは該当するものに</w:t>
      </w:r>
      <w:r w:rsidR="006C7CBC">
        <w:rPr>
          <w:rFonts w:asciiTheme="minorEastAsia" w:hAnsiTheme="minorEastAsia" w:hint="eastAsia"/>
          <w:lang w:eastAsia="ja-JP"/>
        </w:rPr>
        <w:t>☑</w:t>
      </w:r>
      <w:r>
        <w:rPr>
          <w:rFonts w:hint="eastAsia"/>
          <w:lang w:eastAsia="ja-JP"/>
        </w:rPr>
        <w:t>を記載してください。</w:t>
      </w:r>
    </w:p>
    <w:p w14:paraId="33B01AB4" w14:textId="45AB5F13" w:rsidR="00B2545F" w:rsidRPr="00776219" w:rsidRDefault="00B2545F" w:rsidP="00DE2F3B">
      <w:pPr>
        <w:pBdr>
          <w:between w:val="single" w:sz="4" w:space="1" w:color="auto"/>
        </w:pBdr>
        <w:spacing w:after="0" w:line="400" w:lineRule="exact"/>
        <w:rPr>
          <w:b/>
          <w:sz w:val="20"/>
          <w:szCs w:val="24"/>
          <w:lang w:eastAsia="ja-JP"/>
        </w:rPr>
      </w:pPr>
      <w:r w:rsidRPr="00776219">
        <w:rPr>
          <w:b/>
          <w:sz w:val="20"/>
          <w:szCs w:val="24"/>
          <w:lang w:eastAsia="ja-JP"/>
        </w:rPr>
        <w:t xml:space="preserve">① </w:t>
      </w:r>
      <w:r w:rsidRPr="00776219">
        <w:rPr>
          <w:b/>
          <w:sz w:val="20"/>
          <w:szCs w:val="24"/>
          <w:lang w:eastAsia="ja-JP"/>
        </w:rPr>
        <w:t>レシピ名</w:t>
      </w:r>
      <w:r w:rsidRPr="00776219">
        <w:rPr>
          <w:rFonts w:hint="eastAsia"/>
          <w:b/>
          <w:sz w:val="20"/>
          <w:szCs w:val="24"/>
          <w:lang w:eastAsia="ja-JP"/>
        </w:rPr>
        <w:t xml:space="preserve">　（　　　人分）</w:t>
      </w:r>
    </w:p>
    <w:p w14:paraId="026EEA32" w14:textId="77777777" w:rsidR="00B2545F" w:rsidRPr="00776219" w:rsidRDefault="00B2545F" w:rsidP="00B2545F">
      <w:pPr>
        <w:pBdr>
          <w:top w:val="single" w:sz="4" w:space="1" w:color="auto"/>
          <w:bottom w:val="single" w:sz="4" w:space="1" w:color="auto"/>
          <w:between w:val="single" w:sz="4" w:space="1" w:color="auto"/>
        </w:pBdr>
        <w:spacing w:after="0" w:line="400" w:lineRule="exact"/>
        <w:rPr>
          <w:sz w:val="20"/>
          <w:szCs w:val="24"/>
          <w:lang w:eastAsia="ja-JP"/>
        </w:rPr>
      </w:pPr>
    </w:p>
    <w:p w14:paraId="5C1A0ADC" w14:textId="09AA8436" w:rsidR="00B2545F" w:rsidRPr="00776219" w:rsidRDefault="00B2545F" w:rsidP="00DE2F3B">
      <w:pPr>
        <w:pBdr>
          <w:top w:val="single" w:sz="4" w:space="1" w:color="auto"/>
          <w:bottom w:val="single" w:sz="4" w:space="1" w:color="auto"/>
          <w:between w:val="single" w:sz="4" w:space="1" w:color="auto"/>
        </w:pBdr>
        <w:spacing w:beforeLines="50" w:before="120" w:after="0" w:line="400" w:lineRule="exact"/>
        <w:rPr>
          <w:sz w:val="20"/>
          <w:szCs w:val="24"/>
          <w:lang w:eastAsia="ja-JP"/>
        </w:rPr>
      </w:pPr>
      <w:r w:rsidRPr="00776219">
        <w:rPr>
          <w:b/>
          <w:sz w:val="20"/>
          <w:szCs w:val="24"/>
          <w:lang w:eastAsia="ja-JP"/>
        </w:rPr>
        <w:t xml:space="preserve">② </w:t>
      </w:r>
      <w:r w:rsidRPr="00776219">
        <w:rPr>
          <w:b/>
          <w:sz w:val="20"/>
          <w:szCs w:val="24"/>
          <w:lang w:eastAsia="ja-JP"/>
        </w:rPr>
        <w:t>材料・分量</w:t>
      </w:r>
      <w:r w:rsidRPr="00776219">
        <w:rPr>
          <w:rFonts w:hint="eastAsia"/>
          <w:b/>
          <w:sz w:val="20"/>
          <w:szCs w:val="24"/>
          <w:lang w:eastAsia="ja-JP"/>
        </w:rPr>
        <w:t>（ｇ）</w:t>
      </w:r>
    </w:p>
    <w:p w14:paraId="4A74914F" w14:textId="272191FE" w:rsidR="00B2545F" w:rsidRPr="00776219" w:rsidRDefault="00B2545F" w:rsidP="00236ADE">
      <w:pPr>
        <w:pBdr>
          <w:between w:val="single" w:sz="4" w:space="1" w:color="auto"/>
        </w:pBdr>
        <w:spacing w:after="0" w:line="400" w:lineRule="exact"/>
        <w:rPr>
          <w:sz w:val="20"/>
          <w:szCs w:val="24"/>
          <w:lang w:eastAsia="ja-JP"/>
        </w:rPr>
      </w:pPr>
      <w:r w:rsidRPr="00776219">
        <w:rPr>
          <w:rFonts w:hint="eastAsia"/>
          <w:sz w:val="20"/>
          <w:szCs w:val="24"/>
          <w:lang w:eastAsia="ja-JP"/>
        </w:rPr>
        <w:t>かすべ：</w:t>
      </w:r>
    </w:p>
    <w:p w14:paraId="6EF41E8D" w14:textId="0A61B41B" w:rsidR="00B2545F" w:rsidRPr="00776219" w:rsidRDefault="00B2545F" w:rsidP="00DE2F3B">
      <w:pPr>
        <w:pBdr>
          <w:top w:val="single" w:sz="4" w:space="1" w:color="auto"/>
          <w:bottom w:val="single" w:sz="4" w:space="1" w:color="auto"/>
          <w:between w:val="single" w:sz="4" w:space="1" w:color="auto"/>
        </w:pBdr>
        <w:spacing w:after="0" w:line="400" w:lineRule="exact"/>
        <w:rPr>
          <w:sz w:val="20"/>
          <w:szCs w:val="24"/>
          <w:lang w:eastAsia="ja-JP"/>
        </w:rPr>
      </w:pPr>
      <w:r w:rsidRPr="00776219">
        <w:rPr>
          <w:rFonts w:hint="eastAsia"/>
          <w:sz w:val="20"/>
          <w:szCs w:val="24"/>
          <w:lang w:eastAsia="ja-JP"/>
        </w:rPr>
        <w:t>その他：</w:t>
      </w:r>
    </w:p>
    <w:p w14:paraId="5230B8C4" w14:textId="07BA7F30" w:rsidR="00B2545F" w:rsidRPr="00776219" w:rsidRDefault="00B2545F" w:rsidP="00DE2F3B">
      <w:pPr>
        <w:pBdr>
          <w:top w:val="single" w:sz="4" w:space="1" w:color="auto"/>
          <w:bottom w:val="single" w:sz="4" w:space="1" w:color="auto"/>
          <w:between w:val="single" w:sz="4" w:space="1" w:color="auto"/>
        </w:pBdr>
        <w:spacing w:beforeLines="50" w:before="120" w:after="0" w:line="400" w:lineRule="exact"/>
        <w:rPr>
          <w:b/>
          <w:bCs/>
          <w:sz w:val="20"/>
          <w:szCs w:val="24"/>
          <w:lang w:eastAsia="ja-JP"/>
        </w:rPr>
      </w:pPr>
      <w:r w:rsidRPr="00776219">
        <w:rPr>
          <w:rFonts w:hint="eastAsia"/>
          <w:b/>
          <w:bCs/>
          <w:sz w:val="20"/>
          <w:szCs w:val="24"/>
          <w:lang w:eastAsia="ja-JP"/>
        </w:rPr>
        <w:t>③　作り方（簡潔に）</w:t>
      </w:r>
    </w:p>
    <w:p w14:paraId="694138DB" w14:textId="77777777" w:rsidR="00B2545F" w:rsidRPr="00776219" w:rsidRDefault="00B2545F" w:rsidP="00B2545F">
      <w:pPr>
        <w:pBdr>
          <w:top w:val="single" w:sz="4" w:space="1" w:color="auto"/>
          <w:bottom w:val="single" w:sz="4" w:space="1" w:color="auto"/>
          <w:between w:val="single" w:sz="4" w:space="1" w:color="auto"/>
        </w:pBdr>
        <w:spacing w:after="0" w:line="400" w:lineRule="exact"/>
        <w:rPr>
          <w:b/>
          <w:bCs/>
          <w:sz w:val="20"/>
          <w:szCs w:val="24"/>
          <w:lang w:eastAsia="ja-JP"/>
        </w:rPr>
      </w:pPr>
    </w:p>
    <w:p w14:paraId="589EA3D1" w14:textId="77777777" w:rsidR="00B2545F" w:rsidRPr="00776219" w:rsidRDefault="00B2545F" w:rsidP="00B2545F">
      <w:pPr>
        <w:pBdr>
          <w:top w:val="single" w:sz="4" w:space="1" w:color="auto"/>
          <w:bottom w:val="single" w:sz="4" w:space="1" w:color="auto"/>
          <w:between w:val="single" w:sz="4" w:space="1" w:color="auto"/>
        </w:pBdr>
        <w:spacing w:after="0" w:line="400" w:lineRule="exact"/>
        <w:rPr>
          <w:b/>
          <w:bCs/>
          <w:sz w:val="20"/>
          <w:szCs w:val="24"/>
          <w:lang w:eastAsia="ja-JP"/>
        </w:rPr>
      </w:pPr>
    </w:p>
    <w:p w14:paraId="57A53493" w14:textId="77777777" w:rsidR="00B2545F" w:rsidRPr="00776219" w:rsidRDefault="00B2545F" w:rsidP="00B2545F">
      <w:pPr>
        <w:pBdr>
          <w:top w:val="single" w:sz="4" w:space="1" w:color="auto"/>
          <w:bottom w:val="single" w:sz="4" w:space="1" w:color="auto"/>
          <w:between w:val="single" w:sz="4" w:space="1" w:color="auto"/>
        </w:pBdr>
        <w:spacing w:after="0" w:line="400" w:lineRule="exact"/>
        <w:rPr>
          <w:b/>
          <w:bCs/>
          <w:sz w:val="20"/>
          <w:szCs w:val="24"/>
          <w:lang w:eastAsia="ja-JP"/>
        </w:rPr>
      </w:pPr>
    </w:p>
    <w:p w14:paraId="3883CA39" w14:textId="77777777" w:rsidR="00B2545F" w:rsidRPr="00776219" w:rsidRDefault="00B2545F" w:rsidP="00B2545F">
      <w:pPr>
        <w:pBdr>
          <w:top w:val="single" w:sz="4" w:space="1" w:color="auto"/>
          <w:bottom w:val="single" w:sz="4" w:space="1" w:color="auto"/>
          <w:between w:val="single" w:sz="4" w:space="1" w:color="auto"/>
        </w:pBdr>
        <w:spacing w:after="0" w:line="400" w:lineRule="exact"/>
        <w:rPr>
          <w:b/>
          <w:bCs/>
          <w:sz w:val="20"/>
          <w:szCs w:val="24"/>
          <w:lang w:eastAsia="ja-JP"/>
        </w:rPr>
      </w:pPr>
    </w:p>
    <w:p w14:paraId="7D979A58" w14:textId="77777777" w:rsidR="00B2545F" w:rsidRPr="00776219" w:rsidRDefault="00B2545F" w:rsidP="00B2545F">
      <w:pPr>
        <w:pBdr>
          <w:top w:val="single" w:sz="4" w:space="1" w:color="auto"/>
          <w:bottom w:val="single" w:sz="4" w:space="1" w:color="auto"/>
          <w:between w:val="single" w:sz="4" w:space="1" w:color="auto"/>
        </w:pBdr>
        <w:spacing w:after="0" w:line="400" w:lineRule="exact"/>
        <w:rPr>
          <w:b/>
          <w:bCs/>
          <w:sz w:val="20"/>
          <w:szCs w:val="24"/>
          <w:lang w:eastAsia="ja-JP"/>
        </w:rPr>
      </w:pPr>
    </w:p>
    <w:p w14:paraId="09D0782F" w14:textId="17EBFC65" w:rsidR="00B2545F" w:rsidRPr="00776219" w:rsidRDefault="00B2545F" w:rsidP="00DE2F3B">
      <w:pPr>
        <w:pBdr>
          <w:top w:val="single" w:sz="4" w:space="1" w:color="auto"/>
          <w:bottom w:val="single" w:sz="4" w:space="1" w:color="auto"/>
          <w:between w:val="single" w:sz="4" w:space="1" w:color="auto"/>
        </w:pBdr>
        <w:spacing w:beforeLines="50" w:before="120" w:after="0" w:line="400" w:lineRule="exact"/>
        <w:rPr>
          <w:b/>
          <w:bCs/>
          <w:sz w:val="20"/>
          <w:szCs w:val="24"/>
          <w:lang w:eastAsia="ja-JP"/>
        </w:rPr>
      </w:pPr>
      <w:r w:rsidRPr="00776219">
        <w:rPr>
          <w:rFonts w:hint="eastAsia"/>
          <w:b/>
          <w:bCs/>
          <w:sz w:val="20"/>
          <w:szCs w:val="24"/>
          <w:lang w:eastAsia="ja-JP"/>
        </w:rPr>
        <w:t>④　工夫・アピールポイント</w:t>
      </w:r>
    </w:p>
    <w:p w14:paraId="04FBEE92" w14:textId="77777777" w:rsidR="00B2545F" w:rsidRPr="00776219" w:rsidRDefault="00B2545F" w:rsidP="00B2545F">
      <w:pPr>
        <w:pBdr>
          <w:top w:val="single" w:sz="4" w:space="1" w:color="auto"/>
          <w:bottom w:val="single" w:sz="4" w:space="1" w:color="auto"/>
          <w:between w:val="single" w:sz="4" w:space="1" w:color="auto"/>
        </w:pBdr>
        <w:spacing w:after="0" w:line="400" w:lineRule="exact"/>
        <w:rPr>
          <w:sz w:val="20"/>
          <w:szCs w:val="24"/>
          <w:lang w:eastAsia="ja-JP"/>
        </w:rPr>
      </w:pPr>
    </w:p>
    <w:p w14:paraId="137CB802" w14:textId="77777777" w:rsidR="00B2545F" w:rsidRPr="00776219" w:rsidRDefault="00B2545F" w:rsidP="00B2545F">
      <w:pPr>
        <w:pBdr>
          <w:top w:val="single" w:sz="4" w:space="1" w:color="auto"/>
          <w:bottom w:val="single" w:sz="4" w:space="1" w:color="auto"/>
          <w:between w:val="single" w:sz="4" w:space="1" w:color="auto"/>
        </w:pBdr>
        <w:spacing w:after="0" w:line="400" w:lineRule="exact"/>
        <w:rPr>
          <w:sz w:val="20"/>
          <w:szCs w:val="24"/>
          <w:lang w:eastAsia="ja-JP"/>
        </w:rPr>
      </w:pPr>
    </w:p>
    <w:p w14:paraId="057555DC" w14:textId="10D615AD" w:rsidR="00B2545F" w:rsidRPr="00776219" w:rsidRDefault="00B2545F" w:rsidP="00DE2F3B">
      <w:pPr>
        <w:pBdr>
          <w:top w:val="single" w:sz="4" w:space="1" w:color="auto"/>
          <w:bottom w:val="single" w:sz="4" w:space="1" w:color="auto"/>
          <w:between w:val="single" w:sz="4" w:space="1" w:color="auto"/>
        </w:pBdr>
        <w:spacing w:beforeLines="50" w:before="120" w:after="0" w:line="400" w:lineRule="exact"/>
        <w:rPr>
          <w:b/>
          <w:bCs/>
          <w:sz w:val="20"/>
          <w:szCs w:val="24"/>
          <w:lang w:eastAsia="ja-JP"/>
        </w:rPr>
      </w:pPr>
      <w:r w:rsidRPr="00776219">
        <w:rPr>
          <w:rFonts w:hint="eastAsia"/>
          <w:b/>
          <w:bCs/>
          <w:sz w:val="20"/>
          <w:szCs w:val="24"/>
          <w:lang w:eastAsia="ja-JP"/>
        </w:rPr>
        <w:t>⑤　完成写真　※写真は出来上がった料理の全体像がわかるように撮影してください。</w:t>
      </w:r>
    </w:p>
    <w:p w14:paraId="4A2DA3B8" w14:textId="63AED2C4" w:rsidR="00DE2F3B" w:rsidRPr="00776219" w:rsidRDefault="00B2545F" w:rsidP="00776219">
      <w:pPr>
        <w:pBdr>
          <w:top w:val="single" w:sz="4" w:space="1" w:color="auto"/>
          <w:bottom w:val="single" w:sz="4" w:space="1" w:color="auto"/>
          <w:between w:val="single" w:sz="4" w:space="1" w:color="auto"/>
        </w:pBdr>
        <w:spacing w:after="0" w:line="400" w:lineRule="exact"/>
        <w:rPr>
          <w:sz w:val="20"/>
          <w:szCs w:val="24"/>
          <w:lang w:eastAsia="ja-JP"/>
        </w:rPr>
      </w:pPr>
      <w:r w:rsidRPr="00776219">
        <w:rPr>
          <w:rFonts w:hint="eastAsia"/>
          <w:sz w:val="20"/>
          <w:szCs w:val="24"/>
          <w:lang w:eastAsia="ja-JP"/>
        </w:rPr>
        <w:t>□</w:t>
      </w:r>
      <w:r w:rsidR="00776219">
        <w:rPr>
          <w:rFonts w:hint="eastAsia"/>
          <w:sz w:val="20"/>
          <w:szCs w:val="24"/>
          <w:lang w:eastAsia="ja-JP"/>
        </w:rPr>
        <w:t xml:space="preserve"> </w:t>
      </w:r>
      <w:r w:rsidRPr="00776219">
        <w:rPr>
          <w:rFonts w:hint="eastAsia"/>
          <w:sz w:val="20"/>
          <w:szCs w:val="24"/>
          <w:lang w:eastAsia="ja-JP"/>
        </w:rPr>
        <w:t>写真あり（同封）　　□</w:t>
      </w:r>
      <w:r w:rsidR="00776219">
        <w:rPr>
          <w:rFonts w:hint="eastAsia"/>
          <w:sz w:val="20"/>
          <w:szCs w:val="24"/>
          <w:lang w:eastAsia="ja-JP"/>
        </w:rPr>
        <w:t xml:space="preserve"> </w:t>
      </w:r>
      <w:r w:rsidRPr="00776219">
        <w:rPr>
          <w:rFonts w:hint="eastAsia"/>
          <w:sz w:val="20"/>
          <w:szCs w:val="24"/>
          <w:lang w:eastAsia="ja-JP"/>
        </w:rPr>
        <w:t>写真なし</w:t>
      </w:r>
    </w:p>
    <w:p w14:paraId="0D0C10FD" w14:textId="55877F5B" w:rsidR="00B2545F" w:rsidRPr="00776219" w:rsidRDefault="00B2545F" w:rsidP="00776219">
      <w:pPr>
        <w:pBdr>
          <w:top w:val="single" w:sz="4" w:space="1" w:color="auto"/>
          <w:bottom w:val="single" w:sz="4" w:space="1" w:color="auto"/>
          <w:between w:val="single" w:sz="4" w:space="1" w:color="auto"/>
        </w:pBdr>
        <w:spacing w:beforeLines="50" w:before="120" w:after="0" w:line="400" w:lineRule="exact"/>
        <w:rPr>
          <w:b/>
          <w:bCs/>
          <w:sz w:val="20"/>
          <w:szCs w:val="24"/>
          <w:lang w:eastAsia="ja-JP"/>
        </w:rPr>
      </w:pPr>
      <w:r w:rsidRPr="00776219">
        <w:rPr>
          <w:rFonts w:hint="eastAsia"/>
          <w:b/>
          <w:bCs/>
          <w:sz w:val="20"/>
          <w:szCs w:val="24"/>
          <w:lang w:eastAsia="ja-JP"/>
        </w:rPr>
        <w:t>⑥　応募者情報</w:t>
      </w:r>
    </w:p>
    <w:p w14:paraId="17762675" w14:textId="77777777" w:rsidR="00B2545F" w:rsidRPr="00776219" w:rsidRDefault="00B2545F" w:rsidP="00B2545F">
      <w:pPr>
        <w:spacing w:after="0" w:line="400" w:lineRule="exact"/>
        <w:ind w:leftChars="100" w:left="180"/>
        <w:rPr>
          <w:sz w:val="20"/>
          <w:szCs w:val="24"/>
          <w:lang w:eastAsia="ja-JP"/>
        </w:rPr>
        <w:sectPr w:rsidR="00B2545F" w:rsidRPr="00776219" w:rsidSect="00034616">
          <w:pgSz w:w="12240" w:h="15840"/>
          <w:pgMar w:top="850" w:right="850" w:bottom="850" w:left="850" w:header="720" w:footer="720" w:gutter="0"/>
          <w:cols w:space="720"/>
          <w:docGrid w:linePitch="360"/>
        </w:sectPr>
      </w:pPr>
    </w:p>
    <w:p w14:paraId="06F5D958" w14:textId="0A08E3AD" w:rsidR="00236ADE" w:rsidRPr="00776219" w:rsidRDefault="00B2545F" w:rsidP="00DE2F3B">
      <w:pPr>
        <w:tabs>
          <w:tab w:val="left" w:pos="4860"/>
        </w:tabs>
        <w:spacing w:after="0" w:line="400" w:lineRule="exact"/>
        <w:rPr>
          <w:sz w:val="20"/>
          <w:szCs w:val="24"/>
          <w:lang w:eastAsia="ja-JP"/>
        </w:rPr>
      </w:pPr>
      <w:r w:rsidRPr="00776219">
        <w:rPr>
          <w:rFonts w:hint="eastAsia"/>
          <w:sz w:val="20"/>
          <w:szCs w:val="24"/>
          <w:lang w:eastAsia="ja-JP"/>
        </w:rPr>
        <w:t>氏名：</w:t>
      </w:r>
      <w:r w:rsidR="00236ADE" w:rsidRPr="00776219">
        <w:rPr>
          <w:sz w:val="20"/>
          <w:szCs w:val="24"/>
          <w:lang w:eastAsia="ja-JP"/>
        </w:rPr>
        <w:tab/>
      </w:r>
      <w:r w:rsidRPr="00776219">
        <w:rPr>
          <w:rFonts w:hint="eastAsia"/>
          <w:sz w:val="20"/>
          <w:szCs w:val="24"/>
          <w:lang w:eastAsia="ja-JP"/>
        </w:rPr>
        <w:t>（□</w:t>
      </w:r>
      <w:r w:rsidR="00776219">
        <w:rPr>
          <w:rFonts w:hint="eastAsia"/>
          <w:sz w:val="20"/>
          <w:szCs w:val="24"/>
          <w:lang w:eastAsia="ja-JP"/>
        </w:rPr>
        <w:t xml:space="preserve"> </w:t>
      </w:r>
      <w:r w:rsidRPr="00776219">
        <w:rPr>
          <w:rFonts w:hint="eastAsia"/>
          <w:sz w:val="20"/>
          <w:szCs w:val="24"/>
          <w:lang w:eastAsia="ja-JP"/>
        </w:rPr>
        <w:t>氏名またはペンネームの公表を希望しない）</w:t>
      </w:r>
    </w:p>
    <w:p w14:paraId="209FC0FD" w14:textId="44AB4103" w:rsidR="00236ADE" w:rsidRPr="00776219" w:rsidRDefault="00236ADE" w:rsidP="00DE2F3B">
      <w:pPr>
        <w:pBdr>
          <w:top w:val="single" w:sz="4" w:space="1" w:color="auto"/>
          <w:bottom w:val="single" w:sz="4" w:space="1" w:color="auto"/>
          <w:between w:val="single" w:sz="4" w:space="1" w:color="auto"/>
        </w:pBdr>
        <w:tabs>
          <w:tab w:val="left" w:pos="2160"/>
          <w:tab w:val="left" w:pos="4680"/>
        </w:tabs>
        <w:spacing w:after="0" w:line="400" w:lineRule="exact"/>
        <w:rPr>
          <w:sz w:val="20"/>
          <w:szCs w:val="24"/>
          <w:lang w:eastAsia="ja-JP"/>
        </w:rPr>
      </w:pPr>
      <w:r w:rsidRPr="00776219">
        <w:rPr>
          <w:rFonts w:hint="eastAsia"/>
          <w:sz w:val="20"/>
          <w:szCs w:val="24"/>
          <w:lang w:eastAsia="ja-JP"/>
        </w:rPr>
        <w:t>年齢：</w:t>
      </w:r>
      <w:r w:rsidRPr="00776219">
        <w:rPr>
          <w:sz w:val="20"/>
          <w:szCs w:val="24"/>
          <w:lang w:eastAsia="ja-JP"/>
        </w:rPr>
        <w:tab/>
      </w:r>
      <w:r w:rsidRPr="00776219">
        <w:rPr>
          <w:rFonts w:hint="eastAsia"/>
          <w:sz w:val="20"/>
          <w:szCs w:val="24"/>
          <w:lang w:eastAsia="ja-JP"/>
        </w:rPr>
        <w:t>歳</w:t>
      </w:r>
      <w:r w:rsidRPr="00776219">
        <w:rPr>
          <w:sz w:val="20"/>
          <w:szCs w:val="24"/>
          <w:lang w:eastAsia="ja-JP"/>
        </w:rPr>
        <w:tab/>
      </w:r>
      <w:r w:rsidRPr="00776219">
        <w:rPr>
          <w:sz w:val="20"/>
          <w:szCs w:val="24"/>
          <w:lang w:eastAsia="ja-JP"/>
        </w:rPr>
        <w:tab/>
      </w:r>
      <w:r w:rsidRPr="00776219">
        <w:rPr>
          <w:rFonts w:hint="eastAsia"/>
          <w:sz w:val="20"/>
          <w:szCs w:val="24"/>
          <w:lang w:eastAsia="ja-JP"/>
        </w:rPr>
        <w:t>電話番号：</w:t>
      </w:r>
    </w:p>
    <w:p w14:paraId="069379AA" w14:textId="63FD5FA8" w:rsidR="00DE2F3B" w:rsidRPr="00776219" w:rsidRDefault="00DE2F3B" w:rsidP="00DE2F3B">
      <w:pPr>
        <w:pBdr>
          <w:top w:val="single" w:sz="4" w:space="1" w:color="auto"/>
          <w:bottom w:val="single" w:sz="4" w:space="1" w:color="auto"/>
          <w:between w:val="single" w:sz="4" w:space="1" w:color="auto"/>
        </w:pBdr>
        <w:spacing w:beforeLines="50" w:before="120" w:after="0" w:line="400" w:lineRule="exact"/>
        <w:rPr>
          <w:b/>
          <w:bCs/>
          <w:sz w:val="20"/>
          <w:szCs w:val="24"/>
          <w:lang w:eastAsia="ja-JP"/>
        </w:rPr>
      </w:pPr>
      <w:r w:rsidRPr="00776219">
        <w:rPr>
          <w:rFonts w:hint="eastAsia"/>
          <w:b/>
          <w:bCs/>
          <w:sz w:val="20"/>
          <w:szCs w:val="24"/>
          <w:lang w:eastAsia="ja-JP"/>
        </w:rPr>
        <w:t>⑦　同意確認</w:t>
      </w:r>
    </w:p>
    <w:p w14:paraId="3C9FB22E" w14:textId="14F19892" w:rsidR="00236ADE" w:rsidRPr="00776219" w:rsidRDefault="00DE2F3B" w:rsidP="00DE2F3B">
      <w:pPr>
        <w:pBdr>
          <w:top w:val="single" w:sz="4" w:space="1" w:color="auto"/>
          <w:bottom w:val="single" w:sz="4" w:space="1" w:color="auto"/>
          <w:between w:val="single" w:sz="4" w:space="1" w:color="auto"/>
        </w:pBdr>
        <w:tabs>
          <w:tab w:val="left" w:pos="3600"/>
        </w:tabs>
        <w:spacing w:after="0" w:line="400" w:lineRule="exact"/>
        <w:rPr>
          <w:sz w:val="20"/>
          <w:szCs w:val="24"/>
          <w:lang w:eastAsia="ja-JP"/>
        </w:rPr>
      </w:pPr>
      <w:r w:rsidRPr="00776219">
        <w:rPr>
          <w:rFonts w:hint="eastAsia"/>
          <w:sz w:val="20"/>
          <w:szCs w:val="24"/>
          <w:lang w:eastAsia="ja-JP"/>
        </w:rPr>
        <w:t>□</w:t>
      </w:r>
      <w:r w:rsidR="00776219">
        <w:rPr>
          <w:rFonts w:hint="eastAsia"/>
          <w:sz w:val="20"/>
          <w:szCs w:val="24"/>
          <w:lang w:eastAsia="ja-JP"/>
        </w:rPr>
        <w:t xml:space="preserve"> </w:t>
      </w:r>
      <w:r w:rsidRPr="00776219">
        <w:rPr>
          <w:rFonts w:hint="eastAsia"/>
          <w:sz w:val="20"/>
          <w:szCs w:val="24"/>
          <w:lang w:eastAsia="ja-JP"/>
        </w:rPr>
        <w:t>未発表のオリジナル作品です</w:t>
      </w:r>
      <w:r w:rsidRPr="00776219">
        <w:rPr>
          <w:sz w:val="20"/>
          <w:szCs w:val="24"/>
          <w:lang w:eastAsia="ja-JP"/>
        </w:rPr>
        <w:tab/>
      </w:r>
      <w:r w:rsidRPr="00776219">
        <w:rPr>
          <w:rFonts w:hint="eastAsia"/>
          <w:sz w:val="20"/>
          <w:szCs w:val="24"/>
          <w:lang w:eastAsia="ja-JP"/>
        </w:rPr>
        <w:t>□</w:t>
      </w:r>
      <w:r w:rsidR="00776219">
        <w:rPr>
          <w:rFonts w:hint="eastAsia"/>
          <w:sz w:val="20"/>
          <w:szCs w:val="24"/>
          <w:lang w:eastAsia="ja-JP"/>
        </w:rPr>
        <w:t xml:space="preserve"> </w:t>
      </w:r>
      <w:r w:rsidR="00A24366">
        <w:rPr>
          <w:rFonts w:hint="eastAsia"/>
          <w:sz w:val="20"/>
          <w:szCs w:val="24"/>
          <w:lang w:eastAsia="ja-JP"/>
        </w:rPr>
        <w:t>開催要領</w:t>
      </w:r>
      <w:r w:rsidRPr="00776219">
        <w:rPr>
          <w:rFonts w:hint="eastAsia"/>
          <w:sz w:val="20"/>
          <w:szCs w:val="24"/>
          <w:lang w:eastAsia="ja-JP"/>
        </w:rPr>
        <w:t>に同意します</w:t>
      </w:r>
    </w:p>
    <w:p w14:paraId="2E265132" w14:textId="1C47D025" w:rsidR="00236ADE" w:rsidRPr="00776219" w:rsidRDefault="00DE2F3B" w:rsidP="00DE2F3B">
      <w:pPr>
        <w:pBdr>
          <w:top w:val="single" w:sz="4" w:space="1" w:color="auto"/>
          <w:bottom w:val="single" w:sz="4" w:space="1" w:color="auto"/>
          <w:between w:val="single" w:sz="4" w:space="1" w:color="auto"/>
        </w:pBdr>
        <w:tabs>
          <w:tab w:val="left" w:pos="3600"/>
        </w:tabs>
        <w:spacing w:after="0" w:line="400" w:lineRule="exact"/>
        <w:rPr>
          <w:sz w:val="20"/>
          <w:szCs w:val="24"/>
          <w:lang w:eastAsia="ja-JP"/>
        </w:rPr>
      </w:pPr>
      <w:r w:rsidRPr="00776219">
        <w:rPr>
          <w:rFonts w:hint="eastAsia"/>
          <w:sz w:val="20"/>
          <w:szCs w:val="24"/>
          <w:lang w:eastAsia="ja-JP"/>
        </w:rPr>
        <w:t>□</w:t>
      </w:r>
      <w:r w:rsidR="00776219">
        <w:rPr>
          <w:rFonts w:hint="eastAsia"/>
          <w:sz w:val="20"/>
          <w:szCs w:val="24"/>
          <w:lang w:eastAsia="ja-JP"/>
        </w:rPr>
        <w:t xml:space="preserve"> </w:t>
      </w:r>
      <w:r w:rsidRPr="00776219">
        <w:rPr>
          <w:rFonts w:hint="eastAsia"/>
          <w:sz w:val="20"/>
          <w:szCs w:val="24"/>
          <w:lang w:eastAsia="ja-JP"/>
        </w:rPr>
        <w:t>広報での使用に同意します</w:t>
      </w:r>
      <w:r w:rsidRPr="00776219">
        <w:rPr>
          <w:sz w:val="20"/>
          <w:szCs w:val="24"/>
          <w:lang w:eastAsia="ja-JP"/>
        </w:rPr>
        <w:tab/>
      </w:r>
      <w:r w:rsidRPr="00776219">
        <w:rPr>
          <w:rFonts w:hint="eastAsia"/>
          <w:sz w:val="20"/>
          <w:szCs w:val="24"/>
          <w:lang w:eastAsia="ja-JP"/>
        </w:rPr>
        <w:t>□</w:t>
      </w:r>
      <w:r w:rsidR="00776219">
        <w:rPr>
          <w:rFonts w:hint="eastAsia"/>
          <w:sz w:val="20"/>
          <w:szCs w:val="24"/>
          <w:lang w:eastAsia="ja-JP"/>
        </w:rPr>
        <w:t xml:space="preserve"> </w:t>
      </w:r>
      <w:r w:rsidRPr="00776219">
        <w:rPr>
          <w:rFonts w:hint="eastAsia"/>
          <w:sz w:val="20"/>
          <w:szCs w:val="24"/>
          <w:lang w:eastAsia="ja-JP"/>
        </w:rPr>
        <w:t>本作品の著作権等は主催者に帰属することに同意します</w:t>
      </w:r>
    </w:p>
    <w:p w14:paraId="074821C6" w14:textId="6AE4E08B" w:rsidR="00DE2F3B" w:rsidRPr="00776219" w:rsidRDefault="00DE2F3B" w:rsidP="00DE2F3B">
      <w:pPr>
        <w:pBdr>
          <w:top w:val="single" w:sz="4" w:space="1" w:color="auto"/>
          <w:bottom w:val="single" w:sz="4" w:space="1" w:color="auto"/>
          <w:between w:val="single" w:sz="4" w:space="1" w:color="auto"/>
        </w:pBdr>
        <w:spacing w:beforeLines="50" w:before="120" w:after="0" w:line="400" w:lineRule="exact"/>
        <w:rPr>
          <w:b/>
          <w:bCs/>
          <w:sz w:val="20"/>
          <w:szCs w:val="24"/>
          <w:lang w:eastAsia="ja-JP"/>
        </w:rPr>
      </w:pPr>
      <w:r w:rsidRPr="00776219">
        <w:rPr>
          <w:rFonts w:hint="eastAsia"/>
          <w:b/>
          <w:bCs/>
          <w:sz w:val="20"/>
          <w:szCs w:val="24"/>
          <w:lang w:eastAsia="ja-JP"/>
        </w:rPr>
        <w:t>⑧　保護者同意（応募者が未成年の場合）</w:t>
      </w:r>
    </w:p>
    <w:p w14:paraId="0328A6EA" w14:textId="679B45DF" w:rsidR="00DE2F3B" w:rsidRPr="00776219" w:rsidRDefault="00DE2F3B" w:rsidP="00776219">
      <w:pPr>
        <w:pBdr>
          <w:top w:val="single" w:sz="4" w:space="1" w:color="auto"/>
          <w:bottom w:val="single" w:sz="4" w:space="1" w:color="auto"/>
          <w:between w:val="single" w:sz="4" w:space="1" w:color="auto"/>
        </w:pBdr>
        <w:tabs>
          <w:tab w:val="left" w:pos="3060"/>
        </w:tabs>
        <w:spacing w:after="0" w:line="400" w:lineRule="exact"/>
        <w:rPr>
          <w:sz w:val="20"/>
          <w:szCs w:val="24"/>
          <w:lang w:eastAsia="ja-JP"/>
        </w:rPr>
      </w:pPr>
      <w:r w:rsidRPr="00776219">
        <w:rPr>
          <w:rFonts w:hint="eastAsia"/>
          <w:sz w:val="20"/>
          <w:szCs w:val="24"/>
          <w:lang w:eastAsia="ja-JP"/>
        </w:rPr>
        <w:t>□</w:t>
      </w:r>
      <w:r w:rsidR="00776219">
        <w:rPr>
          <w:rFonts w:hint="eastAsia"/>
          <w:sz w:val="20"/>
          <w:szCs w:val="24"/>
          <w:lang w:eastAsia="ja-JP"/>
        </w:rPr>
        <w:t xml:space="preserve"> </w:t>
      </w:r>
      <w:r w:rsidRPr="00776219">
        <w:rPr>
          <w:rFonts w:hint="eastAsia"/>
          <w:sz w:val="20"/>
          <w:szCs w:val="24"/>
          <w:lang w:eastAsia="ja-JP"/>
        </w:rPr>
        <w:t>応募者氏名：</w:t>
      </w:r>
      <w:r w:rsidRPr="00776219">
        <w:rPr>
          <w:sz w:val="20"/>
          <w:szCs w:val="24"/>
          <w:lang w:eastAsia="ja-JP"/>
        </w:rPr>
        <w:tab/>
      </w:r>
      <w:r w:rsidRPr="00776219">
        <w:rPr>
          <w:rFonts w:hint="eastAsia"/>
          <w:sz w:val="20"/>
          <w:szCs w:val="24"/>
          <w:lang w:eastAsia="ja-JP"/>
        </w:rPr>
        <w:t>が本コンテストに応募することに同意します。保護者氏名：</w:t>
      </w:r>
    </w:p>
    <w:sectPr w:rsidR="00DE2F3B" w:rsidRPr="00776219" w:rsidSect="00B2545F">
      <w:type w:val="continuous"/>
      <w:pgSz w:w="12240" w:h="15840"/>
      <w:pgMar w:top="850" w:right="850" w:bottom="85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8B986" w14:textId="77777777" w:rsidR="00B0703F" w:rsidRDefault="00B0703F" w:rsidP="00A24366">
      <w:pPr>
        <w:spacing w:after="0" w:line="240" w:lineRule="auto"/>
      </w:pPr>
      <w:r>
        <w:separator/>
      </w:r>
    </w:p>
  </w:endnote>
  <w:endnote w:type="continuationSeparator" w:id="0">
    <w:p w14:paraId="22E1C5BC" w14:textId="77777777" w:rsidR="00B0703F" w:rsidRDefault="00B0703F" w:rsidP="00A24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7B88D" w14:textId="77777777" w:rsidR="00B0703F" w:rsidRDefault="00B0703F" w:rsidP="00A24366">
      <w:pPr>
        <w:spacing w:after="0" w:line="240" w:lineRule="auto"/>
      </w:pPr>
      <w:r>
        <w:separator/>
      </w:r>
    </w:p>
  </w:footnote>
  <w:footnote w:type="continuationSeparator" w:id="0">
    <w:p w14:paraId="598C3CEF" w14:textId="77777777" w:rsidR="00B0703F" w:rsidRDefault="00B0703F" w:rsidP="00A243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05867233">
    <w:abstractNumId w:val="8"/>
  </w:num>
  <w:num w:numId="2" w16cid:durableId="154151350">
    <w:abstractNumId w:val="6"/>
  </w:num>
  <w:num w:numId="3" w16cid:durableId="1583292836">
    <w:abstractNumId w:val="5"/>
  </w:num>
  <w:num w:numId="4" w16cid:durableId="1526141542">
    <w:abstractNumId w:val="4"/>
  </w:num>
  <w:num w:numId="5" w16cid:durableId="2032799896">
    <w:abstractNumId w:val="7"/>
  </w:num>
  <w:num w:numId="6" w16cid:durableId="106312535">
    <w:abstractNumId w:val="3"/>
  </w:num>
  <w:num w:numId="7" w16cid:durableId="1280601311">
    <w:abstractNumId w:val="2"/>
  </w:num>
  <w:num w:numId="8" w16cid:durableId="1475636928">
    <w:abstractNumId w:val="1"/>
  </w:num>
  <w:num w:numId="9" w16cid:durableId="1282494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527B"/>
    <w:rsid w:val="00236ADE"/>
    <w:rsid w:val="00240392"/>
    <w:rsid w:val="0029639D"/>
    <w:rsid w:val="003102B9"/>
    <w:rsid w:val="00326F90"/>
    <w:rsid w:val="0036779A"/>
    <w:rsid w:val="00422A81"/>
    <w:rsid w:val="00482887"/>
    <w:rsid w:val="00483B4F"/>
    <w:rsid w:val="00494E3A"/>
    <w:rsid w:val="004C773D"/>
    <w:rsid w:val="004D22E9"/>
    <w:rsid w:val="00526DD0"/>
    <w:rsid w:val="006424F8"/>
    <w:rsid w:val="006C7CBC"/>
    <w:rsid w:val="006F26DD"/>
    <w:rsid w:val="00776219"/>
    <w:rsid w:val="00785880"/>
    <w:rsid w:val="009159A7"/>
    <w:rsid w:val="009F012D"/>
    <w:rsid w:val="00A24366"/>
    <w:rsid w:val="00A24A4C"/>
    <w:rsid w:val="00AA1D8D"/>
    <w:rsid w:val="00B0703F"/>
    <w:rsid w:val="00B2545F"/>
    <w:rsid w:val="00B47730"/>
    <w:rsid w:val="00B978A4"/>
    <w:rsid w:val="00BF3477"/>
    <w:rsid w:val="00C35955"/>
    <w:rsid w:val="00CB0664"/>
    <w:rsid w:val="00CF6E5D"/>
    <w:rsid w:val="00CF7864"/>
    <w:rsid w:val="00DA0D15"/>
    <w:rsid w:val="00DE2F3B"/>
    <w:rsid w:val="00F75F5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9739300"/>
  <w14:defaultImageDpi w14:val="300"/>
  <w15:docId w15:val="{28C061B1-FD4F-4FE3-8092-A431ADB83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ＭＳ ゴシック" w:hAnsi="ＭＳ ゴシック"/>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75</Words>
  <Characters>429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梅田育美</cp:lastModifiedBy>
  <cp:revision>8</cp:revision>
  <cp:lastPrinted>2026-07-06T06:09:00Z</cp:lastPrinted>
  <dcterms:created xsi:type="dcterms:W3CDTF">2026-06-08T08:01:00Z</dcterms:created>
  <dcterms:modified xsi:type="dcterms:W3CDTF">2026-07-16T04:22:00Z</dcterms:modified>
  <cp:category/>
</cp:coreProperties>
</file>